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קְרִיאַת שְׁמוּאֵל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קָרָא לִשְׁמוּאֵל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עָנָה שְׁמוּאֵל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הִנֵּנִי ← שֹׁמֵעַ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נָבִיא – שׁוֹמֵעַ אֶת דְּבַר ה' וּמַעֲבִיר לָעָם ; קוֹל – שׁוֹמְעִים אוֹתוֹ בָּאֹזֶן ; עֵלִי – הַכֹּהֵן שֶׁגִּדֵּל אֶת שְׁמוּאֵל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