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סֵפֶר שְׁמוּאֵל א' • פְּרָקִים א-לא • כִּתָּה ה'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הָעָם מְבַקֵּשׁ מֶלֶךְ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9 • שְׁמוּאֵל א' פֶּרֶק ח'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הָעָם בִּקֵּשׁ מִשְּׁמוּאֵל מֶלֶךְ כְּכָל הַגּוֹיִם. ה' אָמַר לִשְׁמוּאֵל לִשְׁמֹעַ בְּקוֹל הָעָם.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3F0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מֶלֶךְ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שְׁמוּאֵל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כֹּהֵן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"שִׂימָה־לָּנוּ ____________ לְשָׁפְטֵנוּ כְּכָל הַגּוֹיִם."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וַיֵּרַע הַדָּבָר בְּעֵינֵי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(שְׁמוּאֵל א' ח, ה-ו)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3F0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1F7A63" w:space="0"/>
                <w:left w:val="single" w:sz="6" w:color="1F7A63" w:space="0"/>
                <w:bottom w:val="single" w:sz="6" w:color="1F7A63" w:space="0"/>
                <w:right w:val="single" w:sz="6" w:color="1F7A63" w:space="0"/>
                <w:insideH w:val="single" w:sz="6" w:color="1F7A63" w:space="0"/>
                <w:insideV w:val="single" w:sz="6" w:color="1F7A63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מֶלֶךְ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רֹאשׁ הַמַּמְלָכָה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שׁוֹפֵט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מַנְהִיג וְדַיָּן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עָם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הַרְבֵּה אֲנָשִׁים יַחַד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3F0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מָדוּעַ בִּקְּשׁוּ הָעָם מֶלֶךְ?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כְּכָל הַגּוֹיִם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כִּי ה' צִוָּה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כִּי אָהֲבוּ זָהָב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מִי נִבְחַר לְמֶלֶךְ יִשְׂרָאֵל הָרִאשׁוֹן?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שָׁאוּל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דָּוִד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שְׁלֹמֹה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