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הָעָם מְבַקֵּשׁ מֶלֶךְ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9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בִּקֵּשׁ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הַמֶּלֶךְ הָרִאשׁוֹן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מֶלֶךְ ← שְׁמוּאֵל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מֶלֶךְ – רֹאשׁ הַמַּמְלָכָה ; שׁוֹפֵט – מַנְהִיג וְדַיָּן ; עָם – הַרְבֵּה אֲנָשִׁים יַחַד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כְּכָל הַגּוֹיִם, 2. שָׁאוּל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