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דְּבָרִים • פְּרָקִים א-לד • נְאֻמֵי מֹשֶׁה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נְאֻמֵי מֹשֶׁה בְּעַרְבוֹת מוֹאָב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 • דְּבָרִים פֶּרֶק א'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בְּסוֹף אַרְבָּעִים שָׁנָה בַּמִּדְבָּר מְדַבֵּר מֹשֶׁה אֶל כָּל יִשְׂרָאֵל בְּעֵבֶר הַיַּרְדֵּן.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הַדְּבָרִים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דִּבֶּר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הַיַּרְדֵּן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אֵלֶּה ____________ אֲשֶׁר ____________ מֹשֶׁה אֶל־כָּל־יִשְׂרָאֵל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בְּעֵבֶר ____________ בַּמִּדְבָּר.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(דְּבָרִים א, א)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נָאוּם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דְּבָרִים שֶׁמַּנְהִיג אוֹמֵר לָעָם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עֵבֶר הַיַּרְדֵּן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הַצַּד שֶׁל מוֹאָב, לִפְנֵי הַכְּנִיסָה לָאָרֶץ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מִדְבָּר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הַמָּקוֹם שֶׁבּוֹ הָלְכוּ אַרְבָּעִים שָׁנָה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מִי מְדַבֵּר אֶל הָעָם בְּסֵפֶר דְּבָרִים?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מֹשֶׁה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יְהוֹשֻׁעַ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אַהֲרֹן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הֵיכָן עוֹמֵד הָעָם?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בְּעֵבֶר הַיַּרְדֵּן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בְּמִצְרַיִם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בְּהַר סִינַי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