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דְּבָרִים • פְּרָקִים א-לד • נְאֻמֵי מֹשֶׁה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עֲשֶׂרֶת הַדִּבְּרוֹת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דְּבָרִים פֶּרֶק ה'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מַזְכִּיר לָעָם אֶת מַעֲמַד הַר סִינַי וְאֶת עֲשֶׂרֶת הַדִּבְּרוֹת.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הוֹצֵאתִיךָ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מִצְרָיִם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עֲבָדִים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אָנֹכִי ה' אֱלֹהֶיךָ אֲשֶׁר 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מֵאֶרֶץ ____________ מִבֵּית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(דְּבָרִים ה, 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מַזְכִּיר אֶת מַעֲמַד הַר סִינַי.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נָתַן שְׁנֵי לֻחוֹת הָאֲבָנִים.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עֲשֶׂרֶת הַדִּבְּרוֹת שֶׁל כָּל הָעָם.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מֹשֶׁה חוֹזֵר וּמַזְכִּיר אֶת עֲשֶׂרֶת הַדִּבְּרוֹת.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הָעָם שָׁכַח לְגַמְרֵי מָה שֶׁהָיָה בְּסִינַי.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דִּבֶּר עִם הָעָם מִתּוֹךְ הָאֵשׁ בְּחֹרֵב.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