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שְׁמַע יִשְׂרָאֵל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3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שְׁנֵי הַפְּסוּקִים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אֶת קְרִיאַת שְׁמַע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מָה אֲהַבַּת ה' בְּכָל הַלֵּב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בּוֹחֵר תְּשׁוּבָה נְכוֹנָה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יִשְׂרָאֵל ← אֱלֹהֵינוּ ← אֶחָד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וְאָהַבְתָּ ← לְבָבְךָ ← מְאֹדֶךָ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ה' אֶחָד, 2. בְּכָל לֵב וְכָל נֶפֶשׁ וְכָל מְאֹד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