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אֶרֶץ שֶׁה' דּוֹרֵשׁ אוֹתָהּ</w:t>
      </w:r>
    </w:p>
    <w:tbl>
      <w:tblPr>
        <w:bidiVisual/>
        <w:tblW w:type="auto" w:w="0"/>
        <w:jc w:val="right"/>
        <w:tblBorders>
          <w:top w:val="single" w:sz="4" w:color="8A6D1D" w:space="0"/>
          <w:left w:val="single" w:sz="4" w:color="8A6D1D" w:space="0"/>
          <w:bottom w:val="single" w:sz="4" w:color="8A6D1D" w:space="0"/>
          <w:right w:val="single" w:sz="4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8A6D1D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4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מְיֻחָד בְּאֶרֶץ יִשְׂרָאֵל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מָה "עֵינֵי ה' בָּהּ תָּמִיד"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מִלָּה לְהֶסְבֵּר הַנְּכוֹן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דּוֹרֵשׁ ← עֵינֵי ← שָׁנָה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דּוֹרֵשׁ – מְשִׂים לֵב וְדוֹאֵג ; תָּמִיד – כָּל הַזְּמַן, בְּלִי הֶפְסֵק ; אֶרֶץ יִשְׂרָאֵל – הָאָרֶץ שֶׁה' נָתַן לָעָם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עֵינֵי ה' בָּהּ תָּמִיד, 2. מֵרֵאשִׁית הַשָּׁנָה עַד אַחֲרִית שָׁנָה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