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בִּרְכַּת מֹשֶׁה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מָתַי בֵּרַךְ מֹשֶׁה אֶת הָעָם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בִּרְכַּת הַשְּׁבָטִים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הַבְּרָכָה ← בֵּרַךְ ← מוֹתוֹ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בְּרָכָה – מִלִּים טוֹבוֹת לְהַצְלָחָה ; שֵׁבֶט – חֵלֶק מֵעַם יִשְׂרָאֵל, מִשְׁפָּחָה גְּדוֹלָה ; אִישׁ הָאֱלֹהִים – כִּנּוּי לְמֹשֶׁה רַבֵּנוּ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