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דְּבָרִים • פְּרָקִים א-לד • נְאֻמֵי מֹשֶׁה • כִּתָּה ו'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סִיּוּם הַתּוֹרָה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6 • דְּבָרִים פֶּרֶק לד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עוֹלֶה לְהַר נְבוֹ וּמֵת; הַתּוֹרָה מַסְיֶמֶת: לֹא קָם נָבִיא עוֹד בְּיִשְׂרָאֵל כְּמֹשֶׁה.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נָבִיא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כְּמֹשֶׁה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פָּנִים אֶל־פָּנִים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וְלֹא־קָם ____________ עוֹד בְּיִשְׂרָאֵל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אֲשֶׁר יְדָעוֹ ה' ____________.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(דְּבָרִים לד, י)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o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מֹשֶׁה עָלָה לְהַר נְבוֹ וְרָאָה אֶת הָאָרֶץ.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לֹא קָם נָבִיא כְּמֹשֶׁה.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הָעָם בָּכָה עַל מֹשֶׁה שְׁלֹשִׁים יוֹם.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6E4828" w:space="0"/>
          <w:left w:val="single" w:sz="12" w:color="6E4828" w:space="0"/>
          <w:bottom w:val="single" w:sz="12" w:color="6E4828" w:space="0"/>
          <w:right w:val="single" w:sz="12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1EA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6E4828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כְּתֻבִים עַל מֹשֶׁה בְּסוֹף הַתּוֹרָה?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לֹא קָם נָבִיא עוֹד כְּמֹשֶׁה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הָיָה מֶלֶךְ בְּמִצְרַיִם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בָּנָה אֶת הַמִּקְדָּשׁ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מִי יִמְשִׁיךְ לְהוֹלִיךְ אֶת הָעָם אַחֲרֵי מֹשֶׁה?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יְהוֹשֻׁעַ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אַהֲרֹן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כָּלֵב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