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ב' • מַלְכוּת דָּוִד וִירוּשָׁלָיִם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חֶסֶד דָּוִד לִמְפִיבֹשֶׁת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10 • שְׁמוּאֵל ב' פֶּרֶק ט'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דָּוִד מְחַפֵּשׂ אֶת מְפִיבֹשֶׁת בֶּן יְהוֹנָתָן, מַחֲזִיר לוֹ אֶת שְׂדוֹת שָׁאוּל וּמַזְמִין אוֹתוֹ לְשֻׁלְחָנוֹ.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חֶסֶד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יְהוֹנָתָן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שֻׁלְחָנִי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אַל־תִּירָא, כִּי עָשֹׂה אֶעֱשֶׂה עִמְּךָ ____________ בַּעֲבוּר ____________ אָבִיךָ,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וְאַתָּה תֹּאכַל לֶחֶם עַל־____________ תָּמִיד.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ב' ט, 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הָיָה מְפִיבֹשֶׁת?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בֶּן יְהוֹנָתָן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בֶּן דָּוִד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בֶּן נָתָן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עָשָׂה דָּוִד לִמְפִיבֹשֶׁת?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חֶסֶד – הֶחֱזִיר לוֹ אֶת הַשָּׂדוֹת וְהִזְמִין לְשֻׁלְחָנוֹ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הִלְחִיץ אוֹתוֹ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שָׁלַח אוֹתוֹ מֵהָאָרֶץ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דָּוִד זָכַר אֶת אַהֲבָתוֹ עִם יְהוֹנָתָן.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דָּוִד שָׁכַח אֶת מִשְׁפַּחַת שָׁאוּל.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מְפִיבֹשֶׁת אָכַל עַל שֻׁלְחַן הַמֶּלֶךְ תָּמִיד.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