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חֶסֶד דָּוִד לִמְפִיבֹשֶׁת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10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מִי מְפִיבֹשֶׁת וּמָה עָשָׂה דָּוִד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מָה חֶסֶד וְנְאֵמָנוּת לְחָבֵר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מַבְחִין בֵּין נָכוֹן לְלֹא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חֶסֶד ← יְהוֹנָתָן ← שֻׁלְחָנִי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בֶּן יְהוֹנָתָן, 2. חֶסֶד – הֶחֱזִיר לוֹ אֶת הַשָּׂדוֹת וְהִזְמִין לְשֻׁלְחָנוֹ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נָכוֹן/לֹא נָכוֹן: 1. נָכוֹן, 2. לֹא נָכוֹן, 3. נָכוֹן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