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ב' • מַלְכוּת דָּוִד וִירוּשָׁלָיִם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מְרִידַת אַבְשָׁלוֹם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11 • שְׁמוּאֵל ב' פֶּרֶק טו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אַבְשָׁלוֹם בֶּן דָּוִד מוֹרֵד בְּאָבִיו; דָּוִד יוֹצֵא מִירוּשָׁלַיִם וּבוֹכֶה בְּמַעֲלֵה הַזֵּיתִים.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עֹלֶה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בוֹכֶה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יָחֵף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וְדָוִד ____________ בְמַעֲלֵה הַזֵּיתִים עֹלֶה וּ____________,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וְרֹאשׁ לוֹ חָפוּי וְהוּא הֹלֵךְ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ב' טו, ל)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אַבְשָׁלוֹם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בֶּן דָּוִד שֶׁמָּרַד בְּאָבִיו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הַר הַזֵּיתִים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הָהָר שֶׁבּוֹ עָלָה דָּוִד בּוֹכֶה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מְרִידָה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מִלְחָמָה נֶגֶד הַמֶּלֶךְ הַנִּמְלָט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אַבְשָׁלוֹם מָרַד בְּאָבִיו דָּוִד.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נִשְׁאַר בִּירוּשָׁלַיִם וְלֹא זָז.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עָלָה בְּמַעֲלֵה הַזֵּיתִים וּבוֹכֶה.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