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שִׁירַת דָּוִד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שְׁמוּאֵל ב' פֶּרֶק כב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שָׁר שִׁירָה לְה' עַל כָּל יְשׁוּעוֹתָיו: ה' סַלְעִי וּמְצֻדָתִי וּמְפַלְטִי לִי.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סַלְעִי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מְצֻדָתִי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מְפַלְטִי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וַיֹּאמַר: ה' ____________ וּ____________ וּ____________ לִי.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כב,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סֶלַע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צוּר חָזָק – ה' מְגִנֵּנִי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מְצוּדָה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מָקוֹם מֻגָן וּבָטוּחַ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שִׁירָה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תּוֹדָה וְשֶׁבַח לְה' עַל הַיְּשׁוּעָה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עַל מָה שָׁר דָּוִד שִׁירָה?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יְשׁוּעוֹת ה' מִכָּל אוֹיְבָיו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בִּנְיַן בַּיִת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קְצִיר הַתְּבוּאָה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דָּוִד קוֹרֵא לְה' בַּשִּׁירָה?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סַלְעִי וּמְצֻדָתִי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מֶלֶךְ הָעוֹלָם בִּלְבַד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רוֹפֵא חוֹלִים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