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סֵפֶר שְׁמוּאֵל ב' • מַלְכוּת דָּוִד וִירוּשָׁלָיִם • כִּתָּה ו'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דָּוִד מֶלֶךְ בְּחֶבְרוֹן</w:t>
      </w:r>
    </w:p>
    <w:tbl>
      <w:tblPr>
        <w:bidiVisual/>
        <w:tblW w:type="auto" w:w="0"/>
        <w:jc w:val="right"/>
        <w:tblBorders>
          <w:top w:val="single" w:sz="4" w:color="2E74B5" w:space="0"/>
          <w:left w:val="single" w:sz="4" w:color="2E74B5" w:space="0"/>
          <w:bottom w:val="single" w:sz="4" w:color="2E74B5" w:space="0"/>
          <w:right w:val="single" w:sz="4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2E74B5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7 • שְׁמוּאֵל ב' פֶּרֶק ב'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אַחֲרֵי מוֹת שָׁאוּל מוֹשְׁחִים אַנְשֵׁי יְהוּדָה אֶת דָּוִד לְמֶלֶךְ בְּחֶבְרוֹן.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2E74B5" w:space="0"/>
          <w:left w:val="single" w:sz="12" w:color="2E74B5" w:space="0"/>
          <w:bottom w:val="single" w:sz="12" w:color="2E74B5" w:space="0"/>
          <w:right w:val="single" w:sz="12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AF1F8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2E74B5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יְהוּדָה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דָּוִד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מֶלֶךְ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וַיָּבֹאוּ אַנְשֵׁי ____________,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וַיִּמְשְׁחוּ־שָׁם אֶת־____________ לְ____________ עַל־בֵּית יְהוּדָה.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(שְׁמוּאֵל ב' ב, ד)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2E74B5" w:space="0"/>
          <w:left w:val="single" w:sz="12" w:color="2E74B5" w:space="0"/>
          <w:bottom w:val="single" w:sz="12" w:color="2E74B5" w:space="0"/>
          <w:right w:val="single" w:sz="12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AF1F8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2E74B5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2E74B5" w:space="0"/>
                <w:left w:val="single" w:sz="6" w:color="2E74B5" w:space="0"/>
                <w:bottom w:val="single" w:sz="6" w:color="2E74B5" w:space="0"/>
                <w:right w:val="single" w:sz="6" w:color="2E74B5" w:space="0"/>
                <w:insideH w:val="single" w:sz="6" w:color="2E74B5" w:space="0"/>
                <w:insideV w:val="single" w:sz="6" w:color="2E74B5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מְשִׁיחָה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צִוּוּי וְהִכְרָזָה שֶׁהָאָדָם נִבְחַר לְמֶלֶךְ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חֶבְרוֹן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הָעִיר שֶׁבָּהּ הֻמְלַךְ דָּוִד תְּחִלָּה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בֵּית יְהוּדָה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הַשֵּׁבֶט שֶׁקִּבֵּל אֶת דָּוִד רִאשׁוֹן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2E74B5" w:space="0"/>
          <w:left w:val="single" w:sz="12" w:color="2E74B5" w:space="0"/>
          <w:bottom w:val="single" w:sz="12" w:color="2E74B5" w:space="0"/>
          <w:right w:val="single" w:sz="12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AF1F8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2E74B5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נָכוֹן אוֹ 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אַנְשֵׁי יְהוּדָה מָשְׁחוּ אֶת דָּוִד לְמֶלֶךְ.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דָּוִד הֻמְלַךְ תְּחִלָּה בִּירוּשָׁלָיִם.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דָּוִד הָיָה מֶלֶךְ עַל בֵּית יְהוּדָה בְּחֶבְרוֹן.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