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דָּוִד מֶלֶךְ בְּחֶבְרוֹן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7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הֵיכָן הֻמְלַךְ דָּוִד תְּחִלָּה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מַשְׁמָעוּת הַמְּשִׁיחָה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יְהוּדָה ← דָּוִד ← מֶלֶךְ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מְשִׁיחָה – צִוּוּי וְהִכְרָזָה שֶׁהָאָדָם נִבְחַר לְמֶלֶךְ ; חֶבְרוֹן – הָעִיר שֶׁבָּהּ הֻמְלַךְ דָּוִד תְּחִלָּה ; בֵּית יְהוּדָה – הַשֵּׁבֶט שֶׁקִּבֵּל אֶת דָּוִד רִאשׁוֹן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