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" w:before="0"/>
      </w:pPr>
      <w:r>
        <w:rPr>
          <w:rFonts w:ascii="Noto Sans Hebrew" w:hAnsi="Noto Sans Hebrew" w:cs="Noto Sans Hebrew"/>
          <w:b w:val="0"/>
          <w:color w:val="262626"/>
          <w:sz w:val="23"/>
          <w:rtl w:val="1"/>
          <w:szCs w:val="23"/>
        </w:rPr>
        <w:t>שֵׁם פְּרָטִי: __________   שֵׁם מִשְׁפָּחָה: __________</w:t>
      </w:r>
    </w:p>
    <w:tbl>
      <w:tblPr>
        <w:bidiVisual/>
        <w:tblW w:type="auto" w:w="0"/>
        <w:jc w:val="right"/>
        <w:tblBorders>
          <w:top w:val="single" w:sz="4" w:color="1F3864" w:space="0"/>
          <w:left w:val="single" w:sz="4" w:color="1F3864" w:space="0"/>
          <w:bottom w:val="single" w:sz="4" w:color="1F3864" w:space="0"/>
          <w:right w:val="single" w:sz="4" w:color="1F3864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6"/>
                <w:rtl w:val="1"/>
                <w:szCs w:val="26"/>
                <w:bCs/>
              </w:rPr>
              <w:t>סֵפֶר שְׁמוּאֵל ב' • מַלְכוּת דָּוִד וִירוּשָׁלָיִם • כִּתָּה ו'</w:t>
            </w:r>
          </w:p>
        </w:tc>
      </w:tr>
    </w:tbl>
    <w:p>
      <w:pPr>
        <w:bidi w:val="1"/>
        <w:spacing w:after="40" w:before="40"/>
        <w:jc w:val="center"/>
      </w:pPr>
      <w:r>
        <w:rPr>
          <w:rFonts w:ascii="Noto Serif Hebrew" w:hAnsi="Noto Serif Hebrew" w:cs="Noto Serif Hebrew"/>
          <w:b/>
          <w:color w:val="B8862D"/>
          <w:sz w:val="44"/>
          <w:rtl w:val="1"/>
          <w:szCs w:val="44"/>
          <w:bCs/>
        </w:rPr>
        <w:t>כִּבּוּשׁ יְרוּשָׁלָיִם</w:t>
      </w:r>
    </w:p>
    <w:tbl>
      <w:tblPr>
        <w:bidiVisual/>
        <w:tblW w:type="auto" w:w="0"/>
        <w:jc w:val="right"/>
        <w:tblBorders>
          <w:top w:val="single" w:sz="4" w:color="C55A11" w:space="0"/>
          <w:left w:val="single" w:sz="4" w:color="C55A11" w:space="0"/>
          <w:bottom w:val="single" w:sz="4" w:color="C55A11" w:space="0"/>
          <w:right w:val="single" w:sz="4" w:color="C55A11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C55A11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30"/>
                <w:rtl w:val="1"/>
                <w:szCs w:val="30"/>
                <w:bCs/>
              </w:rPr>
              <w:t>דַּף עֲבוֹדָה 8 • שְׁמוּאֵל ב' פֶּרֶק ה'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 xml:space="preserve">בְּקִצּוּר: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דָּוִד כּוֹבֵשׁ אֶת מְצֻדַת צִיּוֹן וּבוֹנֶה בָהּ אֶת עִיר דָּוִד – יְרוּשָׁלַיִם עִיר הַבִּירָה.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C55A11" w:space="0"/>
          <w:left w:val="single" w:sz="12" w:color="C55A11" w:space="0"/>
          <w:bottom w:val="single" w:sz="12" w:color="C55A11" w:space="0"/>
          <w:right w:val="single" w:sz="12" w:color="C55A11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BEDE4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C55A11"/>
              </w:rPr>
              <w:t xml:space="preserve"> מַשִּׂימָה 1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הַשְׁלִימוּ אֶת הַפָּסוּק</w:t>
            </w:r>
          </w:p>
          <w:p>
            <w:pPr>
              <w:bidi w:val="1"/>
              <w:spacing w:after="120"/>
              <w:jc w:val="center"/>
            </w:pP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דָּוִד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צִיּוֹן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עִיר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</w:p>
          <w:p>
            <w:pPr>
              <w:bidi w:val="1"/>
              <w:spacing w:after="40"/>
              <w:jc w:val="center"/>
            </w:pP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וַיִּלְכֹּד ____________ אֵת מְצֻדַת ____________,</w:t>
            </w:r>
            <w:r>
              <w:rPr>
                <w:rFonts w:ascii="Noto Serif Hebrew" w:hAnsi="Noto Serif Hebrew" w:cs="Noto Serif Hebrew"/>
                <w:b w:val="0"/>
                <w:color w:val="262626"/>
                <w:sz w:val="32"/>
                <w:rtl w:val="1"/>
                <w:szCs w:val="32"/>
              </w:rPr>
              <w:br/>
            </w: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הִיא ____________ דָּוִד.</w:t>
            </w:r>
          </w:p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 w:val="0"/>
                <w:color w:val="666666"/>
                <w:sz w:val="22"/>
                <w:rtl w:val="1"/>
                <w:szCs w:val="22"/>
              </w:rPr>
              <w:t>(שְׁמוּאֵל ב' ה, ז)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C55A11" w:space="0"/>
          <w:left w:val="single" w:sz="12" w:color="C55A11" w:space="0"/>
          <w:bottom w:val="single" w:sz="12" w:color="C55A11" w:space="0"/>
          <w:right w:val="single" w:sz="12" w:color="C55A11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BEDE4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C55A11"/>
              </w:rPr>
              <w:t xml:space="preserve"> מַשִּׂימָה 2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תְּמוּנָה וּמִשְׁפָּט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>כִּתְבוּ לְיַד כָּל מִשְׁפָּט אֶת מִסְפַּר הַתְּמוּנָה הַמַּתְאִימָה.</w:t>
            </w:r>
          </w:p>
          <w:p>
            <w:pPr>
              <w:bidi w:val="1"/>
              <w:spacing w:after="120"/>
              <w:jc w:val="center"/>
            </w:pPr>
            <w:r>
              <w:rPr>
                <w:rFonts w:ascii="Noto Sans Hebrew" w:hAnsi="Noto Sans Hebrew" w:cs="Noto Sans Hebrew"/>
                <w:b/>
                <w:color w:val="262626"/>
                <w:sz w:val="26"/>
                <w:rtl w:val="1"/>
                <w:szCs w:val="26"/>
                <w:bCs/>
              </w:rPr>
              <w:t xml:space="preserve"> 1  </w:t>
            </w: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ston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      </w:t>
            </w:r>
            <w:r>
              <w:rPr>
                <w:rFonts w:ascii="Noto Sans Hebrew" w:hAnsi="Noto Sans Hebrew" w:cs="Noto Sans Hebrew"/>
                <w:b/>
                <w:color w:val="262626"/>
                <w:sz w:val="26"/>
                <w:rtl w:val="1"/>
                <w:szCs w:val="26"/>
                <w:bCs/>
              </w:rPr>
              <w:t xml:space="preserve"> 2  </w:t>
            </w: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star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      </w:t>
            </w:r>
            <w:r>
              <w:rPr>
                <w:rFonts w:ascii="Noto Sans Hebrew" w:hAnsi="Noto Sans Hebrew" w:cs="Noto Sans Hebrew"/>
                <w:b/>
                <w:color w:val="262626"/>
                <w:sz w:val="26"/>
                <w:rtl w:val="1"/>
                <w:szCs w:val="26"/>
                <w:bCs/>
              </w:rPr>
              <w:t xml:space="preserve"> 3  </w:t>
            </w: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mountain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      </w:t>
            </w:r>
          </w:p>
          <w:p>
            <w:pPr>
              <w:bidi w:val="1"/>
              <w:spacing w:after="80"/>
            </w:pPr>
            <w:r>
              <w:rPr>
                <w:rFonts w:ascii="DejaVu Sans" w:hAnsi="DejaVu Sans" w:cs="DejaVu Sans"/>
                <w:b w:val="0"/>
                <w:color w:val="262626"/>
                <w:sz w:val="28"/>
                <w:rtl w:val="1"/>
                <w:szCs w:val="28"/>
              </w:rPr>
              <w:t xml:space="preserve">□ 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דָּוִד כָּבַשׁ אֶת מְצֻדַת צִיּוֹן.</w:t>
            </w:r>
          </w:p>
          <w:p>
            <w:pPr>
              <w:bidi w:val="1"/>
              <w:spacing w:after="80"/>
            </w:pPr>
            <w:r>
              <w:rPr>
                <w:rFonts w:ascii="DejaVu Sans" w:hAnsi="DejaVu Sans" w:cs="DejaVu Sans"/>
                <w:b w:val="0"/>
                <w:color w:val="262626"/>
                <w:sz w:val="28"/>
                <w:rtl w:val="1"/>
                <w:szCs w:val="28"/>
              </w:rPr>
              <w:t xml:space="preserve">□ 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יְרוּשָׁלַיִם נִקְרֵאת עִיר דָּוִד.</w:t>
            </w:r>
          </w:p>
          <w:p>
            <w:pPr>
              <w:bidi w:val="1"/>
              <w:spacing w:after="80"/>
            </w:pPr>
            <w:r>
              <w:rPr>
                <w:rFonts w:ascii="DejaVu Sans" w:hAnsi="DejaVu Sans" w:cs="DejaVu Sans"/>
                <w:b w:val="0"/>
                <w:color w:val="262626"/>
                <w:sz w:val="28"/>
                <w:rtl w:val="1"/>
                <w:szCs w:val="28"/>
              </w:rPr>
              <w:t xml:space="preserve">□ 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הָעִיר עַל הָהָר – הַר צִיּוֹן.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C55A11" w:space="0"/>
          <w:left w:val="single" w:sz="12" w:color="C55A11" w:space="0"/>
          <w:bottom w:val="single" w:sz="12" w:color="C55A11" w:space="0"/>
          <w:right w:val="single" w:sz="12" w:color="C55A11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BEDE4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C55A11"/>
              </w:rPr>
              <w:t xml:space="preserve"> מַשִּׂימָה 3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סִמְנוּ תְּשׁוּבָה נְכוֹנָה</w:t>
            </w:r>
          </w:p>
          <w:p>
            <w:pPr>
              <w:bidi w:val="1"/>
              <w:spacing w:after="20"/>
            </w:pPr>
            <w:r>
              <w:rPr>
                <w:rFonts w:ascii="Noto Sans Hebrew" w:hAnsi="Noto Sans Hebrew" w:cs="Noto Sans Hebrew"/>
                <w:b/>
                <w:color w:val="262626"/>
                <w:sz w:val="28"/>
                <w:rtl w:val="1"/>
                <w:szCs w:val="28"/>
                <w:bCs/>
              </w:rPr>
              <w:t>1. אֵיזוֹ עִיר כָּבַשׁ דָּוִד?</w:t>
            </w:r>
          </w:p>
          <w:p>
            <w:pPr>
              <w:bidi w:val="1"/>
              <w:spacing w:after="60"/>
            </w:pP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יְרוּשָׁלַיִם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חֶבְרוֹן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בֵּית אֵל      </w:t>
            </w:r>
          </w:p>
          <w:p>
            <w:pPr>
              <w:bidi w:val="1"/>
              <w:spacing w:after="20"/>
            </w:pPr>
            <w:r>
              <w:rPr>
                <w:rFonts w:ascii="Noto Sans Hebrew" w:hAnsi="Noto Sans Hebrew" w:cs="Noto Sans Hebrew"/>
                <w:b/>
                <w:color w:val="262626"/>
                <w:sz w:val="28"/>
                <w:rtl w:val="1"/>
                <w:szCs w:val="28"/>
                <w:bCs/>
              </w:rPr>
              <w:t>2. מָה נִקְרָא מְצֻדַת צִיּוֹן?</w:t>
            </w:r>
          </w:p>
          <w:p>
            <w:pPr>
              <w:bidi w:val="1"/>
              <w:spacing w:after="60"/>
            </w:pP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עִיר דָּוִד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עִיר יְהוֹשֻׁעַ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עִיר שָׁאוּל      </w:t>
            </w:r>
          </w:p>
        </w:tc>
      </w:tr>
    </w:tbl>
    <w:p>
      <w:pPr>
        <w:bidi w:val="1"/>
        <w:spacing w:after="20" w:before="0"/>
      </w:pPr>
    </w:p>
    <w:p>
      <w:pPr>
        <w:bidi w:val="1"/>
        <w:spacing w:after="0" w:before="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