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כִּבּוּשׁ יְרוּשָׁלָיִם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8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כָּבַשׁ דָּוִד וּמָה נִקְרֵאת עִיר דָּוִד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חֲשִׁיבוּת יְרוּשָׁלַיִם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וּבוֹחֵר נְכוֹנָה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דָּוִד ← צִיּוֹן ← עִיר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יְרוּשָׁלַיִם, 2. עִיר דָּוִד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