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הַבְטָחָה לְבֵית דָּוִד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9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הִבְטִיחַ ה' לְדָוִד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מָה "כִּסְאֲךָ נָכוֹן עַד־עוֹלָם"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נֶאְמַן ← מַמְלַכְתְּךָ ← עוֹלָם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נָתָן – הַנָּבִיא שֶׁהֵבִיא דְּבַר ה' לְדָוִד ; כִּסֵּא – מוֹשַׁב הַמֶּלֶךְ, סֵמֶל הַמַּלְכוּת ; עַד־עוֹלָם – לְתָּמִיד, בְּלִי סוֹף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