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מַחֲזוֹר ב' • מֵעֲקֵדַת יִצְחָק עַד וַיִּגַּשׁ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עֲקֵדַת יִצְחָק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בְּרֵאשִׁית פֶּרֶק כב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נִסָּה אֶת אַבְרָהָם; בְּרֶגַע הָאַחֲרוֹן קָרָא הַמַּלְאָךְ: אַל תִּשְׁלַח יָדְךָ אֶל הַנַּעַר.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יָדְךָ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מְאוּמָה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יְרֵא אֱלֹהִים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אַל־תִּשְׁלַח ____________ אֶל־הַנַּעַר וְאַל־תַּעַשׂ לוֹ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כִּי עַתָּה יָדַעְתִּי כִּי־____________ אַתָּה.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כב, יב)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נִסָּיוֹן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בְּחִינָה שֶׁל ה' לְאַבְרָהָם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מַלְאָךְ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שְׁלִיחַ ה' שֶׁעִצֵּר אֶת הַמַּעֲשֶׂה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אַיִל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הַחַיָּה שֶׁהִקְרִיבוּ בַּסּוֹף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הַמַּלְאָךְ עִצֵּר אֶת אַבְרָהָם בְּרֶגַע הָאַחֲרוֹן.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אַבְרָהָם לֹא שָׁמַע לְקוֹל הַמַּלְאָךְ.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בַּסּוֹף הִקְרִיבוּ אַיִל בִּמְקוֹם יִצְחָק.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