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עֲקֵדַת יִצְחָק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בָּעֲקֵדָה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נִסָּיוֹן וּמָה יִרְאַת אֱלֹהִים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יָדְךָ ← מְאוּמָה ← יְרֵא אֱלֹהִים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נִסָּיוֹן – בְּחִינָה שֶׁל ה' לְאַבְרָהָם ; מַלְאָךְ – שְׁלִיחַ ה' שֶׁעִצֵּר אֶת הַמַּעֲשֶׂה ; אַיִל – הַחַיָּה שֶׁהִקְרִיבוּ בַּסּוֹף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