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60" w:before="0"/>
      </w:pPr>
      <w:r>
        <w:rPr>
          <w:rFonts w:ascii="Noto Sans Hebrew" w:hAnsi="Noto Sans Hebrew" w:cs="Noto Sans Hebrew"/>
          <w:b w:val="0"/>
          <w:color w:val="262626"/>
          <w:sz w:val="23"/>
          <w:rtl w:val="1"/>
          <w:szCs w:val="23"/>
        </w:rPr>
        <w:t>שֵׁם פְּרָטִי: __________   שֵׁם מִשְׁפָּחָה: __________</w:t>
      </w:r>
    </w:p>
    <w:tbl>
      <w:tblPr>
        <w:bidiVisual/>
        <w:tblW w:type="auto" w:w="0"/>
        <w:jc w:val="right"/>
        <w:tblBorders>
          <w:top w:val="single" w:sz="4" w:color="1F3864" w:space="0"/>
          <w:left w:val="single" w:sz="4" w:color="1F3864" w:space="0"/>
          <w:bottom w:val="single" w:sz="4" w:color="1F3864" w:space="0"/>
          <w:right w:val="single" w:sz="4" w:color="1F3864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6"/>
                <w:rtl w:val="1"/>
                <w:szCs w:val="26"/>
                <w:bCs/>
              </w:rPr>
              <w:t>חֻמַּשׁ בְּרֵאשִׁית מַחֲזוֹר ב' • מֵעֲקֵדַת יִצְחָק עַד וַיִּגַּשׁ • כִּתָּה ז'</w:t>
            </w:r>
          </w:p>
        </w:tc>
      </w:tr>
    </w:tbl>
    <w:p>
      <w:pPr>
        <w:bidi w:val="1"/>
        <w:spacing w:after="40" w:before="40"/>
        <w:jc w:val="center"/>
      </w:pPr>
      <w:r>
        <w:rPr>
          <w:rFonts w:ascii="Noto Serif Hebrew" w:hAnsi="Noto Serif Hebrew" w:cs="Noto Serif Hebrew"/>
          <w:b/>
          <w:color w:val="B8862D"/>
          <w:sz w:val="44"/>
          <w:rtl w:val="1"/>
          <w:szCs w:val="44"/>
          <w:bCs/>
        </w:rPr>
        <w:t>בִּרְכַּת יִצְחָק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30"/>
                <w:rtl w:val="1"/>
                <w:szCs w:val="30"/>
                <w:bCs/>
              </w:rPr>
              <w:t>דַּף עֲבוֹדָה 4 • בְּרֵאשִׁית פֶּרֶק כז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 xml:space="preserve">בְּקִצּוּר: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בָּא בִּבְגָדֵי עֵשָׂו וְקִבֵּל אֶת בִּרְכַּת הַטַּל וְהַדָּגָן מִיִּצְחָק.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1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הַשְׁלִימוּ אֶת הַפָּסוּק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טַל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מִשְׁמַנֵּי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  <w:r>
              <w:rPr>
                <w:rFonts w:ascii="Noto Sans Hebrew" w:hAnsi="Noto Sans Hebrew" w:cs="Noto Sans Hebrew"/>
                <w:b/>
                <w:color w:val="3D2E00"/>
                <w:sz w:val="28"/>
                <w:rtl w:val="1"/>
                <w:szCs w:val="28"/>
                <w:bCs/>
                <w:shd w:val="clear" w:fill="FFE9A8"/>
                <w:bdr w:val="single" w:sz="6" w:color="D9B94A" w:space="3"/>
              </w:rPr>
              <w:t xml:space="preserve"> דָגָן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 xml:space="preserve">   </w:t>
            </w:r>
          </w:p>
          <w:p>
            <w:pPr>
              <w:bidi w:val="1"/>
              <w:spacing w:after="40"/>
              <w:jc w:val="center"/>
            </w:pP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וְיִתֶּן־לְךָ הָאֱלֹהִים מִ____________ הַשָּׁמַיִם</w:t>
            </w:r>
            <w:r>
              <w:rPr>
                <w:rFonts w:ascii="Noto Serif Hebrew" w:hAnsi="Noto Serif Hebrew" w:cs="Noto Serif Hebrew"/>
                <w:b w:val="0"/>
                <w:color w:val="262626"/>
                <w:sz w:val="32"/>
                <w:rtl w:val="1"/>
                <w:szCs w:val="32"/>
              </w:rPr>
              <w:br/>
            </w:r>
            <w:r>
              <w:rPr>
                <w:rFonts w:ascii="Noto Serif Hebrew" w:hAnsi="Noto Serif Hebrew" w:cs="Noto Serif Hebrew"/>
                <w:b w:val="0"/>
                <w:color w:val="1A1A1A"/>
                <w:sz w:val="32"/>
                <w:rtl w:val="1"/>
                <w:szCs w:val="32"/>
              </w:rPr>
              <w:t>וּמִ____________ הָאָרֶץ וְרֹב ____________ וְתִירֹשׁ.</w:t>
            </w:r>
          </w:p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 w:val="0"/>
                <w:color w:val="666666"/>
                <w:sz w:val="22"/>
                <w:rtl w:val="1"/>
                <w:szCs w:val="22"/>
              </w:rPr>
              <w:t>(בְּרֵאשִׁית כז, כח)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2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תְּמוּנָה וּמִשְׁפָּט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>כִּתְבוּ לְיַד כָּל מִשְׁפָּט אֶת מִסְפַּר הַתְּמוּנָה הַמַּתְאִימָה.</w:t>
            </w:r>
          </w:p>
          <w:p>
            <w:pPr>
              <w:bidi w:val="1"/>
              <w:spacing w:after="120"/>
              <w:jc w:val="center"/>
            </w:pP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1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wheat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2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drop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  <w:r>
              <w:rPr>
                <w:rFonts w:ascii="Noto Sans Hebrew" w:hAnsi="Noto Sans Hebrew" w:cs="Noto Sans Hebrew"/>
                <w:b/>
                <w:color w:val="262626"/>
                <w:sz w:val="26"/>
                <w:rtl w:val="1"/>
                <w:szCs w:val="26"/>
                <w:bCs/>
              </w:rPr>
              <w:t xml:space="preserve"> 3  </w:t>
            </w: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con_star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      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הַבְּרָכָה: רֹב דָּגָן וְתִירֹשׁ.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הַבְּרָכָה: מִטַּל הַשָּׁמַיִם.</w:t>
            </w:r>
          </w:p>
          <w:p>
            <w:pPr>
              <w:bidi w:val="1"/>
              <w:spacing w:after="80"/>
            </w:pPr>
            <w:r>
              <w:rPr>
                <w:rFonts w:ascii="DejaVu Sans" w:hAnsi="DejaVu Sans" w:cs="DejaVu Sans"/>
                <w:b w:val="0"/>
                <w:color w:val="262626"/>
                <w:sz w:val="28"/>
                <w:rtl w:val="1"/>
                <w:szCs w:val="28"/>
              </w:rPr>
              <w:t xml:space="preserve">□  </w:t>
            </w:r>
            <w:r>
              <w:rPr>
                <w:rFonts w:ascii="Noto Sans Hebrew" w:hAnsi="Noto Sans Hebrew" w:cs="Noto Sans Hebrew"/>
                <w:b w:val="0"/>
                <w:color w:val="262626"/>
                <w:sz w:val="28"/>
                <w:rtl w:val="1"/>
                <w:szCs w:val="28"/>
              </w:rPr>
              <w:t>יַעֲקֹב קִבֵּל אֶת הַבְּרָכָה הַגְּדוֹלָה.</w:t>
            </w:r>
          </w:p>
        </w:tc>
      </w:tr>
    </w:tbl>
    <w:p>
      <w:pPr>
        <w:bidi w:val="1"/>
        <w:spacing w:after="20" w:before="0"/>
      </w:pPr>
    </w:p>
    <w:tbl>
      <w:tblPr>
        <w:bidiVisual/>
        <w:tblW w:type="auto" w:w="0"/>
        <w:jc w:val="right"/>
        <w:tblBorders>
          <w:top w:val="single" w:sz="12" w:color="8A6D1D" w:space="0"/>
          <w:left w:val="single" w:sz="12" w:color="8A6D1D" w:space="0"/>
          <w:bottom w:val="single" w:sz="12" w:color="8A6D1D" w:space="0"/>
          <w:right w:val="single" w:sz="12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4EEDE"/>
          </w:tcPr>
          <w:p>
            <w:pPr>
              <w:bidi w:val="1"/>
              <w:spacing w:after="80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  <w:shd w:val="clear" w:fill="8A6D1D"/>
              </w:rPr>
              <w:t xml:space="preserve"> מַשִּׂימָה 3 </w:t>
            </w:r>
            <w:r>
              <w:rPr>
                <w:rFonts w:ascii="Noto Sans Hebrew" w:hAnsi="Noto Sans Hebrew" w:cs="Noto Sans Hebrew"/>
                <w:b w:val="0"/>
                <w:color w:val="262626"/>
                <w:sz w:val="25"/>
                <w:rtl w:val="1"/>
                <w:szCs w:val="25"/>
              </w:rPr>
              <w:t xml:space="preserve">  </w:t>
            </w:r>
            <w:r>
              <w:rPr>
                <w:rFonts w:ascii="Noto Sans Hebrew" w:hAnsi="Noto Sans Hebrew" w:cs="Noto Sans Hebrew"/>
                <w:b/>
                <w:color w:val="262626"/>
                <w:sz w:val="30"/>
                <w:rtl w:val="1"/>
                <w:szCs w:val="30"/>
                <w:bCs/>
              </w:rPr>
              <w:t>סִמְנוּ תְּשׁוּבָה נְכוֹנָה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1. אֶת מִי בֵּרַךְ יִצְחָק בַּסּוֹף?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יַעֲקֹב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עֵשָׂו תְּחִלָּה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אֶת אִשְׁמָעֵאל      </w:t>
            </w:r>
          </w:p>
          <w:p>
            <w:pPr>
              <w:bidi w:val="1"/>
              <w:spacing w:after="20"/>
            </w:pPr>
            <w:r>
              <w:rPr>
                <w:rFonts w:ascii="Noto Sans Hebrew" w:hAnsi="Noto Sans Hebrew" w:cs="Noto Sans Hebrew"/>
                <w:b/>
                <w:color w:val="262626"/>
                <w:sz w:val="28"/>
                <w:rtl w:val="1"/>
                <w:szCs w:val="28"/>
                <w:bCs/>
              </w:rPr>
              <w:t>2. מָה כָּלְלָה הַבְּרָכָה?</w:t>
            </w:r>
          </w:p>
          <w:p>
            <w:pPr>
              <w:bidi w:val="1"/>
              <w:spacing w:after="60"/>
            </w:pP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טַל שָׁמַיִם, שִׁמְנֵי אָרֶץ, דָּגָן וְתִירֹשׁ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כֶּסֶף וְזָהָב      </w:t>
            </w:r>
            <w:r>
              <w:rPr>
                <w:rFonts w:ascii="DejaVu Sans" w:hAnsi="DejaVu Sans" w:cs="DejaVu Sans"/>
                <w:b w:val="0"/>
                <w:color w:val="262626"/>
                <w:sz w:val="26"/>
                <w:rtl w:val="1"/>
                <w:szCs w:val="26"/>
              </w:rPr>
              <w:t xml:space="preserve">☐ </w:t>
            </w:r>
            <w:r>
              <w:rPr>
                <w:rFonts w:ascii="Noto Sans Hebrew" w:hAnsi="Noto Sans Hebrew" w:cs="Noto Sans Hebrew"/>
                <w:b w:val="0"/>
                <w:color w:val="262626"/>
                <w:sz w:val="27"/>
                <w:rtl w:val="1"/>
                <w:szCs w:val="27"/>
              </w:rPr>
              <w:t xml:space="preserve">סוּסִים וּמֶרְכָּבוֹת      </w:t>
            </w:r>
          </w:p>
        </w:tc>
      </w:tr>
    </w:tbl>
    <w:p>
      <w:pPr>
        <w:bidi w:val="1"/>
        <w:spacing w:after="20" w:before="0"/>
      </w:pPr>
    </w:p>
    <w:p>
      <w:pPr>
        <w:bidi w:val="1"/>
        <w:spacing w:after="0" w:before="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