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בִּרְכַּת יִצְחָק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כָּלְלָה בִּרְכַּת יִצְחָק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אֵיךְ קִבֵּל יַעֲקֹב אֶת הַבְּרָכָה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וּבוֹחֵר נְכוֹנָה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טַל ← מִשְׁמַנֵּי ← דָגָן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1, מִשְׁפָּט 2: תְּמוּנָה 2, מִשְׁפָּט 3: תְּמוּנָה 3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אֶת יַעֲקֹב, 2. טַל שָׁמַיִם, שִׁמְנֵי אָרֶץ, דָּגָן וְתִירֹשׁ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