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אַחֵי יוֹסֵף בְּמִצְרַיִם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בְּרֵאשִׁית פֶּרֶק מב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אַחֵי יוֹסֵף יוֹרְדִים לְמִצְרַיִם לִשְׁבֹּר בָּר, וּמִשְׁתַּחֲוִים לְיוֹסֵף בְּלִי לְהַכִּיר אוֹתוֹ.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הַשַּׁלִּיט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הַמַּשְׁבִּיר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וַיִּשְׁתַּחֲווּ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וְיוֹסֵף הוּא ____________ עַל־הָאָרֶץ, הוּא ____________ לְכָל־עַם הָאָרֶץ,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וַיָּבֹאוּ אֲחֵי יוֹסֵף ____________ לוֹ אַפַּיִם אָרְצָה.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מב, 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שַׁלִּיט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מוֹשֵׁל גָּדוֹל בְּמִצְרַיִם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שֶׁבֶר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אֹכֶל, תְּבוּאָה לִשְׁנֵי הָרָעָב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הִשְׁתַּחֲוָיָה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הִלָּחֵץ קַדֵּרָה לִפְנֵי שַׁלִּיט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הָאַחִים הִכִּירוּ אֶת יוֹסֵף מִיָּד.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יוֹסֵף הִכִּיר אֶת אֶחָיו.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הָאַחִים בָּאוּ לִשְׁבֹּר בָּר בִּשְׁנֵי הָרָעָב.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