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אַחֵי יוֹסֵף בְּמִצְרַיִם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5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מָדּוּעַ יָרְדוּ הָאַחִים לְמִצְרַיִם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שֶׁיּוֹסֵף הִכִּיר וְהָאַחִים לֹא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הַשַּׁלִּיט ← הַמַּשְׁבִּיר ← וַיִּשְׁתַּחֲווּ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שַׁלִּיט – מוֹשֵׁל גָּדוֹל בְּמִצְרַיִם ; שֶׁבֶר – אֹכֶל, תְּבוּאָה לִשְׁנֵי הָרָעָב ; הִשְׁתַּחֲוָיָה – הִלָּחֵץ קַדֵּרָה לִפְנֵי שַׁלִּיט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לֹא נָכוֹן, 2.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