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בְּרֵאשִׁית מַחֲזוֹר ב' • מֵעֲקֵדַת יִצְחָק עַד וַיִּגַּשׁ • כִּתָּה ז'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וַיִּגַּשׁ אֵלָיו יְהוּדָה</w:t>
      </w:r>
    </w:p>
    <w:tbl>
      <w:tblPr>
        <w:bidiVisual/>
        <w:tblW w:type="auto" w:w="0"/>
        <w:jc w:val="right"/>
        <w:tblBorders>
          <w:top w:val="single" w:sz="4" w:color="6E4828" w:space="0"/>
          <w:left w:val="single" w:sz="4" w:color="6E4828" w:space="0"/>
          <w:bottom w:val="single" w:sz="4" w:color="6E4828" w:space="0"/>
          <w:right w:val="single" w:sz="4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6E4828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6 • בְּרֵאשִׁית פֶּרֶק מד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יְהוּדָה נִגְשָׁשׁ לְיוֹסֵף וּמְבַקֵּשׁ לִהְיוֹת עֶבֶד בִּמְקוֹם בִּנְיָמִין – תְּמוּנָה שֶׁל אַחֲרָיוּת.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וַיִּגַּשׁ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יְהוּדָה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אֲדֹנִי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____________ אֵלָיו ____________ וַיֹּאמֶר: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בִּי ____________, יְדַבֶּר־נָא עַבְדְּךָ דָבָר בְּאָזְנֵי אֲדֹנִי.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(בְּרֵאשִׁית מד, יח)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מָה בִּקֵּשׁ יְהוּדָה?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לִהְיוֹת עֶבֶד בִּמְקוֹם בִּנְיָמִין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לְקַבֵּל כֶּסֶף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לָשׁוּב לְכְנָעַן בְּלִי אֹכֶל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בִּגְלָל מִי עָמַד יְהוּדָה?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בִּנְיָמִין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שִׁמְעוֹן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דָּנָה      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יְהוּדָה נִגְשָׁשׁ בְּאֹמֶץ לְיוֹסֵף.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יְהוּדָה הִצִּיעַ לִהְיוֹת עֶבֶד תַּחַת בִּנְיָמִין.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יוֹסֵף כָּעַס וְלֹא שָׁמַע אֶת יְהוּדָה.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