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וַיִּגַּשׁ אֵלָיו יְהוּדָה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עָשָׂה יְהוּדָה בִּגְלַל בִּנְיָמִין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אַחֲרָיוּת לָאָח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וַיִּגַּשׁ ← יְהוּדָה ← אֲדֹנִי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לִהְיוֹת עֶבֶד בִּמְקוֹם בִּנְיָמִין, 2. בִּנְיָמִין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נָכוֹן, 3. לֹא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