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יְהוֹשֻׁעַ וְשׁוֹפְטִים • מֵ"חֲזַק וֶאֱמָץ" עַד שִׁמְשׁוֹן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דְּבוֹרָה וּבָרָק בַּקְּרַב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10 • שׁוֹפְטִים פֶּרֶק ד'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דְּבוֹרָה אוֹמֶרֶת לְבָרָק: קוּם, כִּי זֶה הַיּוֹם אֲשֶׁר נָתַן ה' אֶת סִיסְרָא בְּיָדֶךָ.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קוּם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הַיּוֹם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סִיסְרָא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וַתֹּאמֶר דְּבֹרָה אֶל־בָּרָק: ____________, כִּי זֶה 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אֲשֶׁר נָתַן ה' אֶת־____________ בְּיָדֶךָ.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ד, יד)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8A6D1D" w:space="0"/>
                <w:left w:val="single" w:sz="6" w:color="8A6D1D" w:space="0"/>
                <w:bottom w:val="single" w:sz="6" w:color="8A6D1D" w:space="0"/>
                <w:right w:val="single" w:sz="6" w:color="8A6D1D" w:space="0"/>
                <w:insideH w:val="single" w:sz="6" w:color="8A6D1D" w:space="0"/>
                <w:insideV w:val="single" w:sz="6" w:color="8A6D1D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סִיסְרָא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שַׂר צָבָא הָאוֹיֵב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הַר תָּבוֹר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הָהָר שֶׁמִּמֶּנּוּ יָרַד בָּרָק לַקְּרַב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קִישׁוֹן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הַנָּחָל שֶׁשָּׁטַף אֶת צְבָא סִיסְרָא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דְּבוֹרָה דִּבְּרָה אֶל בָּרָק בְּשֵׁם 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בָּרָק יָרַד מֵהַר תָּבוֹר עִם עֲשֶׂרֶת אֲלָפִים אִישׁ.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סִיסְרָא נִצֵּחַ בַּמִּלְחָמָה.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