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דְּבוֹרָה וּבָרָק בַּקְּרַב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10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אָמְרָה דְּבוֹרָה לְבָרָק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שֶׁה' נוֹתֵן אֶת הַנִּצָּחוֹן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קוּם ← הַיּוֹם ← סִיסְרָא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סִיסְרָא – שַׂר צָבָא הָאוֹיֵב ; הַר תָּבוֹר – הָהָר שֶׁמִּמֶּנּוּ יָרַד בָּרָק לַקְּרַב ; קִישׁוֹן – הַנָּחָל שֶׁשָּׁטַף אֶת צְבָא סִיסְרָא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נָכוֹן, 3. לֹא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