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יְהוֹשֻׁעַ וְשׁוֹפְטִים • מֵ"חֲזַק וֶאֱמָץ" עַד שִׁמְשׁוֹן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שְׁלֹשׁ מֵאוֹת הָאִישׁ</w:t>
      </w:r>
    </w:p>
    <w:tbl>
      <w:tblPr>
        <w:bidiVisual/>
        <w:tblW w:type="auto" w:w="0"/>
        <w:jc w:val="right"/>
        <w:tblBorders>
          <w:top w:val="single" w:sz="4" w:color="B03A2E" w:space="0"/>
          <w:left w:val="single" w:sz="4" w:color="B03A2E" w:space="0"/>
          <w:bottom w:val="single" w:sz="4" w:color="B03A2E" w:space="0"/>
          <w:right w:val="single" w:sz="4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B03A2E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11 • שׁוֹפְטִים פֶּרֶק ז'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ה' מִמְעֵט אֶת צְבָא גִּדְעוֹן לִשְׁלֹשׁ מֵאוֹת אִישׁ – שֶׁיֵּדְעוּ שֶׁהַיְּשׁוּעָה מֵה'.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גִּדְעוֹן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שְׁלֹשׁ מֵאוֹת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אוֹשִׁיעַ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וַיֹּאמֶר ה' אֶל־____________: בִּ____________ הָאִישׁ הַמְלַקְּקִים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____________ אֶתְכֶם וְנָתַתִּי אֶת־מִדְיָן בְּיָדֶךָ.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(שׁוֹפְטִים ז, ז)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כַּמָּה אֲנָשִׁים נִשְׁאֲרוּ לְגִדְעוֹן?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שְׁלֹשׁ מֵאוֹת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שְׁלֹשִׁים אֲלָפִים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שִׁבְעָה אֲנָשִׁים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מָדּוּעַ הִמְעִיט ה' אֶת הַצָּבָא?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כְּדֵי שֶׁיֵּדְעוּ שֶׁה' מוֹשִׁיעַ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לֹא הָיָה אֹכֶל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כִּי הָאוֹיֵב חָלָשׁ      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B03A2E" w:space="0"/>
          <w:left w:val="single" w:sz="12" w:color="B03A2E" w:space="0"/>
          <w:bottom w:val="single" w:sz="12" w:color="B03A2E" w:space="0"/>
          <w:right w:val="single" w:sz="12" w:color="B03A2E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9E9E7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B03A2E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נָכוֹן אוֹ 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ה' בָּחַר אֶת הָאֲנָשִׁים לְפִי דֶּרֶךְ שְׁתִייָתָם.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גִּדְעוֹן נִלְחַם בְּצָבָא גָּדוֹל מְאֹד.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  <w:p>
            <w:pPr>
              <w:bidi w:val="1"/>
              <w:spacing w:after="100"/>
            </w:pP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בַּשּׁוֹפָרוֹת וּבַלַּפִּידִים נִבְהֲלָה מִדְיָן.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נָכוֹן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לֹא נָכוֹן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