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שְׁלֹשׁ מֵאוֹת הָאִישׁ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כַּמָּה אֲנָשִׁים נִשְׁאֲרוּ וּמָדּוּעַ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שֶׁהַיְּשׁוּעָה מֵה'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גִּדְעוֹן ← שְׁלֹשׁ מֵאוֹת ← אוֹשִׁיעַ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שְׁלֹשׁ מֵאוֹת, 2. כְּדֵי שֶׁיֵּדְעוּ שֶׁה' מוֹשִׁיעַ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