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שִׁמְשׁוֹן וְהָאֲרִי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12 • שׁוֹפְטִים פֶּרֶק יד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רוּחַ ה' תִּצְלַח עַל שִׁמְשׁוֹן וְהוּא שׁוֹסֵעַ אֶת הָאֲרִי כְּשַׁסַּע הַגְּדִי.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רוּחַ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וַיְשַׁסְּעֵהוּ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הַגְּדִי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וַתִּצְלַח עָלָיו ____________ ה',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כְּשַׁסַּע ____________ וּמְאוּמָה אֵין בְּיָדוֹ.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יד, 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רוּחַ ה'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כֹּחַ מְיֻחָד שֶׁנָּתַן ה' לְשִׁמְשׁוֹן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אֲרִי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חַיָּה חָזָקָה שֶׁשִּׁמְשׁוֹן נִלְחַם בָּהּ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נָזִיר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מֻקְדָּשׁ לְה' מִלֵּדָה – לֹא לְגַלֵּחַ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נָתַן לְשִׁמְשׁוֹן אֶת הַכֹּחַ?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רוּחַ 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אָבִיו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הַפְּלִשְׁתִּים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עָשָׂה שִׁמְשׁוֹן לָאֲרִי?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שָׁסַע אוֹתוֹ כְּגֶדִי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בָּרַח מִמֶּנּוּ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שָׁלַח עָלָיו כֶּלֶב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