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שִׁמְשׁוֹן וְהָאֲרִי</w:t>
      </w:r>
    </w:p>
    <w:tbl>
      <w:tblPr>
        <w:bidiVisual/>
        <w:tblW w:type="auto" w:w="0"/>
        <w:jc w:val="right"/>
        <w:tblBorders>
          <w:top w:val="single" w:sz="4" w:color="6E4828" w:space="0"/>
          <w:left w:val="single" w:sz="4" w:color="6E4828" w:space="0"/>
          <w:bottom w:val="single" w:sz="4" w:color="6E4828" w:space="0"/>
          <w:right w:val="single" w:sz="4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6E4828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12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עָשָׂה שִׁמְשׁוֹן לָאֲרִי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שֶׁהַכֹּחַ מֵרוּחַ ה'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מִלָּה לְהֶסְבֵּר וּבוֹחֵר נְכוֹנָה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רוּחַ ← וַיְשַׁסְּעֵהוּ ← הַגְּדִי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רוּחַ ה' – כֹּחַ מְיֻחָד שֶׁנָּתַן ה' לְשִׁמְשׁוֹן ; אֲרִי – חַיָּה חָזָקָה שֶׁשִּׁמְשׁוֹן נִלְחַם בָּהּ ; נָזִיר – מֻקְדָּשׁ לְה' מִלֵּדָה – לֹא לְגַלֵּחַ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רוּחַ ה', 2. שָׁסַע אוֹתוֹ כְּגֶדִי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