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יְהוֹשֻׁעַ וְשׁוֹפְטִים • מֵ"חֲזַק וֶאֱמָץ" עַד שִׁמְשׁוֹן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חֲזַק וֶאֱמָץ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יְהוֹשֻׁעַ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מְחַזֵּק אֶת יְהוֹשֻׁעַ בִּכְנִיסָתוֹ לְתַפְקִיד: חֲזַק וֶאֱמָץ, כִּי אַתָּה תַּנְחִיל אֶת הָעָם אֶת הָאָרֶץ.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וֶאֱמָץ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תַּנְחִיל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הָאָרֶץ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חֲזַק ____________ כִּי אַתָּה ____________ אֶת־הָעָם הַזֶּה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אֶת־____________ אֲשֶׁר־נִשְׁבַּעְתִּי לַאֲבוֹתָם לָתֵת לָהֶם.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(יְהוֹשֻׁעַ א, 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חֲזַק וֶאֱמָץ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הַתְחַזֵּק וְאַל תִּירָא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נַחֲלָה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הָאָרֶץ שֶׁה' נוֹתֵן לָעָם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תּוֹרָה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לֹא יָמוּשׁ סֵפֶר הַתּוֹרָה מִפִּיךָ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צִוָּה אֶת יְהוֹשֻׁעַ: חֲזַק וֶאֱמָץ.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הִבְטִיחַ לִהְיוֹת עִם יְהוֹשֻׁעַ.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יְהוֹשֻׁעַ סֵרֵב לְקַבֵּל אֶת הַתַּפְקִיד.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