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חֲזַק וֶאֱמָץ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צִוָּה ה' אֶת יְהוֹשֻׁעַ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הַכְּנִיסָה לְתַפְקִיד הַמַּנְהִיגוּת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וֶאֱמָץ ← תַּנְחִיל ← הָאָרֶץ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חֲזַק וֶאֱמָץ – הַתְחַזֵּק וְאַל תִּירָא ; נַחֲלָה – הָאָרֶץ שֶׁה' נוֹתֵן לָעָם ; תּוֹרָה – לֹא יָמוּשׁ סֵפֶר הַתּוֹרָה מִפִּיךָ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נָכוֹן, 3. לֹא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