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יְהוֹשֻׁעַ וְשׁוֹפְטִים • מֵ"חֲזַק וֶאֱמָץ" עַד שִׁמְשׁוֹן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רָחָב וְהַמְרַגְּלִים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8 • יְהוֹשֻׁעַ פֶּרֶק ב'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יְהוֹשֻׁעַ שׁוֹלֵחַ שְׁנֵי מְרַגְּלִים לִירִיחוֹ; רָחָב מְסַלֵּקַת אוֹתָם בַּגַּג וּמַצִּילָה אוֹתָם.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הַשִּׁטִּים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מְרַגְּלִים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יְרִיחוֹ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וַיִּשְׁלַח יְהוֹשֻׁעַ־בִּן־נוּן מִן־____________ שְׁנַיִם־אֲנָשִׁים ____________ חֶרֶשׁ,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לֵאמֹר: לְכוּ רְאוּ אֶת־הָאָרֶץ וְאֶת־____________.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(יְהוֹשֻׁעַ ב, א)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מִי הִצִּילָה אֶת הַמְרַגְּלִים?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רָחָב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דְּבוֹרָה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שָׂרָה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כַּמָּה מְרַגְּלִים שָׁלַח יְהוֹשֻׁעַ?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שְׁנַיִם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שְׁנֵים עָשָׂר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עֲשָׂרָה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רָחָב הֶחְבִּיאָה אֶת הַמְרַגְּלִים בַּגַּג.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הַמְרַגְּלִים נִתְפְּסוּ עַל־יְדֵי אַנְשֵׁי יְרִיחוֹ.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רָחָב וּמִשְׁפַּחְתָּהּ נִצְּלוּ בְּכִבּוּשׁ יְרִיחוֹ.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