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רָחָב וְהַמְרַגְּלִים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8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הַמְרַגְּלִים וּמִי רָחָב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הָאֹמֶץ וְהַחָכְמָה שֶׁל רָחָב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הַשִּׁטִּים ← מְרַגְּלִים ← יְרִיחוֹ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רָחָב, 2. שְׁנַיִם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