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יְהוֹשֻׁעַ וְשׁוֹפְטִים • מֵ"חֲזַק וֶאֱמָץ" עַד שִׁמְשׁוֹן • כִּתָּה ז'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שֶׁמֶשׁ בְּגִבְעוֹן דּוֹם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9 • יְהוֹשֻׁעַ פֶּרֶק י'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בַּקְּרַב עַל הַגִּבְעוֹן צִוָּה יְהוֹשֻׁעַ אֶת הַשֶּׁמֶשׁ וְהַיָּרֵחַ לַעֲמֹד – נֵס גָּדוֹל בַּמִּלְחָמָה.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שֶׁמֶשׁ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דּוֹם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יָרֵחַ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וַיֹּאמֶר לְעֵינֵי יִשְׂרָאֵל: ____________ בְּגִבְעוֹן ____________,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וְ____________ בְּעֵמֶק אַיָּלוֹן.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(יְהוֹשֻׁעַ י, יב)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u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a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mountai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הַשֶּׁמֶשׁ עָמְדָה בַּגִּבְעוֹן.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גַּם הַיָּרֵחַ עָמַד בְּעֵמֶק אַיָּלוֹן.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הַקְּרַב הָיָה בְּהָרֵי יְהוּדָה.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1F7A63" w:space="0"/>
          <w:left w:val="single" w:sz="12" w:color="1F7A63" w:space="0"/>
          <w:bottom w:val="single" w:sz="12" w:color="1F7A63" w:space="0"/>
          <w:right w:val="single" w:sz="12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E8F2EF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1F7A63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מָה צִוָּה יְהוֹשֻׁעַ?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שֶׁמֶשׁ בְּגִבְעוֹן דּוֹם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מָן בַּמִּדְבָּר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מַיִם מִן הַסֶּלַע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לָמָּה?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לְהַאֲרִיךְ אֶת הַיּוֹם לְנִצְּחוֹן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לְחַמֵּם אֶת הַלַּיְלָה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לְהוֹרִיד גֶּשֶׁם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