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שֶׁמֶשׁ בְּגִבְעוֹן דּוֹם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9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קָרָה בַּקְּרַב בַּגִּבְעוֹן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הַנֵּס שֶׁעָשָׂה ה'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וּבוֹחֵר נְכוֹנָה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שֶׁמֶשׁ ← דּוֹם ← יָרֵחַ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שֶׁמֶשׁ בְּגִבְעוֹן דּוֹם, 2. לְהַאֲרִיךְ אֶת הַיּוֹם לְנִצְּחוֹן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