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מַחֲזוֹר ב' • מִשְּׁעָבוּד מִצְרַיִם עַד מַעֲמַד הַר סִינַי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הַמְיַלְּדוֹת הָאֹמֶץ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 • שְׁמוֹת פֶּרֶק א'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שִׁפְרָה וּפוּעָה יָרְאוּ אֶת ה' וְלֹא עָשׂוּ כְּצִוּוּי פַּרְעֹה – וּבָזֶה הִצִּילוּ אֶת הַיְלָדִים.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הַמְיַלְּדֹת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הָאֱלֹהִים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הַיְלָדִים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וַתִּירֶאנָה ____________ אֶת־____________ וְלֹא עָשׂוּ כַּאֲשֶׁר דִּבֶּר אֲלֵיהֶן מֶלֶךְ מִצְרַיִם,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וַתְּחַיֶּינָה אֶת־____________.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א, יז)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מְיַלֶּדֶת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עוֹזֶרֶת לָאֵם בְּלֵדָה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יִרְאַת אֱלֹהִים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לָדַעַת שֶׁה' רוֹאֶה וְלַעֲשׂוֹת טוֹב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פַּרְעֹה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מֶלֶךְ מִצְרַיִם הָרָשָׁע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הַמְיַלְּדוֹת יָרְאוּ מִפַּרְעֹה יוֹתֵר מֵה'.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הַמְיַלְּדוֹת הֶחֱיוּ אֶת הַיְלָדִים.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עָשָׂה לָהֶן טוֹב עַל מַעֲשֵׂיהֶן.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