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מַחֲזוֹר ב' • מִשְּׁעָבוּד מִצְרַיִם עַד מַעֲמַד הַר סִינַי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מִי שָׂם פֶּה לָאָדָם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2 • שְׁמוֹת פֶּרֶק ד'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חוֹשֵׁשׁ לְדַבֵּר; ה' עוֹנֶה: אֲנִי נָתַתִּי פֶּה לָאָדָם, וַאֲנִי אֶהְיֶה עִמְּךָ.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פֶּה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אָדָם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אָנֹכִי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ה' אֵלָיו: מִי שָׂם־____________ לָ____________?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הֲלֹא ____________ ה'.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ד, יא)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חָשַׁשׁ מֹשֶׁה?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שֶׁהוּא כְבַד פֶּה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שֶׁאֵין לוֹ סוּס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שֶׁהוּא רָעֵב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עָנָה ה'?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אֲנִי נָתַתִּי פֶּה לָאָדָם וַאֲנִי אֶהְיֶה עִמְּךָ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שְׁלַח אֶת אַהֲרֹן בִּמְקוֹמְךָ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לֵךְ לְבַדּוֹ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מֹשֶׁה הָיָה כְבַד פֶּה וּכְבַד לָשׁוֹן.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עָזַב אֶת מֹשֶׁה בִּגְלַל חֲסָרוֹנוֹ.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הִבְטִיחַ לִהְיוֹת עִם פִּי מֹשֶׁה.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