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מִי שָׂם פֶּה לָאָדָם</w:t>
      </w:r>
    </w:p>
    <w:tbl>
      <w:tblPr>
        <w:bidiVisual/>
        <w:tblW w:type="auto" w:w="0"/>
        <w:jc w:val="right"/>
        <w:tblBorders>
          <w:top w:val="single" w:sz="4" w:color="C55A11" w:space="0"/>
          <w:left w:val="single" w:sz="4" w:color="C55A11" w:space="0"/>
          <w:bottom w:val="single" w:sz="4" w:color="C55A11" w:space="0"/>
          <w:right w:val="single" w:sz="4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C55A11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2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חָשַׁשׁ מֹשֶׁה וּמָה עָנָה ה'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שֶׁה' נוֹתֵן כֹּחוֹת וְעוֹזֵר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מַבְחִין בֵּין נָכוֹן לְלֹא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פֶּה ← אָדָם ← אָנֹכִי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שֶׁהוּא כְבַד פֶּה, 2. אֲנִי נָתַתִּי פֶּה לָאָדָם וַאֲנִי אֶהְיֶה עִמְּךָ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לֹא נָכוֹן, 3.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