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שְׁמוֹת מַחֲזוֹר ב' • מִשְּׁעָבוּד מִצְרַיִם עַד מַעֲמַד הַר סִינַי • כִּתָּה ח'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וְיָדְעוּ מִצְרַיִם כִּי אֲנִי ה'</w:t>
      </w:r>
    </w:p>
    <w:tbl>
      <w:tblPr>
        <w:bidiVisual/>
        <w:tblW w:type="auto" w:w="0"/>
        <w:jc w:val="right"/>
        <w:tblBorders>
          <w:top w:val="single" w:sz="4" w:color="1F7A63" w:space="0"/>
          <w:left w:val="single" w:sz="4" w:color="1F7A63" w:space="0"/>
          <w:bottom w:val="single" w:sz="4" w:color="1F7A63" w:space="0"/>
          <w:right w:val="single" w:sz="4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7A63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3 • שְׁמוֹת פֶּרֶק ז'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ה' מוֹדִיעַ: בִּנְטֹתוֹ יָדוֹ עַל מִצְרַיִם יֵדְעוּ מִצְרַיִם כִּי אֲנִי ה'.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8F2E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מִצְרַיִם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יָדִי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הוֹצֵאתִי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וְיָדְעוּ ____________ כִּי־אֲנִי ה' בִּנְטֹתִי אֶת־____________ עַל־מִצְרַיִם,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וְ____________ אֶת־בְּנֵי יִשְׂרָאֵל מִתּוֹכָם.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(שְׁמוֹת ז, ה)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8F2E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1F7A63" w:space="0"/>
                <w:left w:val="single" w:sz="6" w:color="1F7A63" w:space="0"/>
                <w:bottom w:val="single" w:sz="6" w:color="1F7A63" w:space="0"/>
                <w:right w:val="single" w:sz="6" w:color="1F7A63" w:space="0"/>
                <w:insideH w:val="single" w:sz="6" w:color="1F7A63" w:space="0"/>
                <w:insideV w:val="single" w:sz="6" w:color="1F7A63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יָד ה'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כֹּחַ ה' בַּמַּכּוֹת וּבַיְּשׁוּעָה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נְטִיָּה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הוֹשָׁטַת הַיָּד, הֶרְאָיָה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יְדִיעָה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גַּם מִצְרַיִם תַּכִּיר מִי הוּא ה'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8F2E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מָה יֵדְעוּ מִצְרַיִם?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כִּי אֲנִי ה'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מִי הוּא פַּרְעֹה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אֵיךְ בּוֹנִים פִּירָמִידָה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בְּאֵיזוֹ דֶּרֶךְ?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בִּנְטוֹת ה' יָדוֹ עַל מִצְרַיִם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בִּלְמוּד בִּסְפָרִים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בִּשְׁאֵלַת שְׁכֵנִים      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