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וְיָדְעוּ מִצְרַיִם כִּי אֲנִי ה'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3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יֵדְעוּ מִצְרַיִם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מַטָּרַת הַמַּכּוֹת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מִצְרַיִם ← יָדִי ← הוֹצֵאתִי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יָד ה' – כֹּחַ ה' בַּמַּכּוֹת וּבַיְּשׁוּעָה ; נְטִיָּה – הוֹשָׁטַת הַיָּד, הֶרְאָיָה ; יְדִיעָה – גַּם מִצְרַיִם תַּכִּיר מִי הוּא ה'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כִּי אֲנִי ה', 2. בִּנְטוֹת ה' יָדוֹ עַל מִצְרַיִם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