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זֶבַח פֶּסַח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4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זֶבַח פֶּסַח וּמָדּוּעַ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הַיְּשׁוּעָה שֶׁל בְּנֵי יִשְׂרָאֵל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וּבוֹחֵר נְכוֹנָה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פֶּסַח ← פָּסַח ← הִצִּיל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עַל בָּתֵּי בְנֵי יִשְׂרָאֵל, 2. הִקְדִּישׁ וְהִשְׁתַּחֲוָה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