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מַחֲזוֹר ב' • מִשְּׁעָבוּד מִצְרַיִם עַד מַעֲמַד הַר סִינַי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נַעֲשֶׂה וְנִשְׁמָע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6 • שְׁמוֹת פֶּרֶק כד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בְּמַעֲמַד הַר סִינַי עוֹנִים בְּנֵי יִשְׂרָאֵל יַחַד: כֹּל אֲשֶׁר דִּבֶּר ה' נַעֲשֶׂה וְנִשְׁמָע.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הַבְּרִית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נַעֲשֶׂה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וְנִשְׁמָע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וַיִּקַּח סֵפֶר ____________ וַיִּקְרָא בְּאָזְנֵי הָעָם,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וַיֹּאמְרוּ: כֹּל אֲשֶׁר־דִּבֶּר ה' ____________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כד, 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סֵפֶר הַבְּרִית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הַתּוֹרָה שֶׁקָּרָא מֹשֶׁה לָעָם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בְּרִית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הִסְכָּם קָדוֹשׁ בֵּין ה' לְעַמּוֹ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נַעֲשֶׂה וְנִשְׁמָע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קַבָּלַת הַתּוֹרָה בְּלֵב שָׁלֵם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עָנוּ בְּנֵי יִשְׂרָאֵל?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נַעֲשֶׂה וְנִשְׁמָע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לֹא נוּכַל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מָחָר נַחְלִיט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מִי קָרָא אֶת סֵפֶר הַבְּרִית?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מֹשֶׁה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אַהֲרֹן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יְהוֹשֻׁעַ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