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נַעֲשֶׂה וְנִשְׁמָע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עָנוּ בְּנֵי יִשְׂרָאֵל בְּמַעֲמַד הַר סִינַי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קַבָּלַת הַתּוֹרָה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הַבְּרִית ← נַעֲשֶׂה ← וְנִשְׁמָע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סֵפֶר הַבְּרִית – הַתּוֹרָה שֶׁקָּרָא מֹשֶׁה לָעָם ; בְּרִית – הִסְכָּם קָדוֹשׁ בֵּין ה' לְעַמּוֹ ; נַעֲשֶׂה וְנִשְׁמָע – קַבָּלַת הַתּוֹרָה בְּלֵב שָׁלֵם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נַעֲשֶׂה וְנִשְׁמָע, 2. מֹשֶׁה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