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מִתְּפִלַּת חַנָּה עַד דָּוִד וְגָלְיָת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דָּוִד וְגָלְיָת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10 • שְׁמוּאֵל א' פֶּרֶק יז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דָּוִד הַיַּלְדָּה יוֹצֵא נֶגֶד גָּלְיָת הָעֲנָק בְּשֵׁם ה' צְבָאוֹת וּמַכִּיל אוֹתוֹ בְּאֶבֶן.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חֶרֶב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בָּא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צְבָאוֹת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אַתָּה בָּא אֵלַי בְּ____________ וּבַחֲנִית וּבְכִידוֹן,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וְאָנֹכִי ____________ אֵלֶיךָ בְּשֵׁם ה' ____________ אֱלֹהֵי מַעַרְכוֹת יִשְׂרָאֵל.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יז, מה)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o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ountai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דָּוִד נִלְחַם בְּאֶבֶן וּבְקֶלַע.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נָתַן אֶת הַנִּצָּחוֹן.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הָעֲנָק גָּלְיָת נָפַל אָרְצָה.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בְּמָה נִלְחַם דָּוִד?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בְּאֶבֶן וּבְקֶלַע בְּשֵׁם ה'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בְּחֶרֶב גְּדוֹלָה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בְּמָגֵן כָּבֵד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מִי נִצֵּחַ בַּקְּרַב?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דָּוִד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גָּלְיָת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אֲבִימֶלֶךְ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