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דָּוִד וְגָלְיָת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10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בְּמָה נִלְחַם דָּוִד וּמִי נִצֵּחַ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שֶׁהַכֹּחַ שֶׁל ה' גָּדוֹל מִכָּל נֶשֶׁק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חֶרֶב ← בָּא ← צְבָאוֹת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בְּאֶבֶן וּבְקֶלַע בְּשֵׁם ה', 2. דָּוִד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