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א' • מִתְּפִלַּת חַנָּה עַד דָּוִד וְגָלְיָת • כִּתָּה ח'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יְהוֹנָתָן וְדָוִד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11 • שְׁמוּאֵל א' פֶּרֶק יח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יְהוֹנָתָן בֶּן שָׁאוּל אוֹהֵב אֶת דָּוִד כְּנַפְשׁוֹ, וְהֵם כּוֹרְתִים בְּרִית יְדִידוּת.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יְהוֹנָתָן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בְּרִית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כְּנַפְשׁוֹ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וַיִּכְרֹת ____________ וְדָוִד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בְּאַהֲבָתוֹ אֹתוֹ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א' יח, ג)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B03A2E" w:space="0"/>
                <w:left w:val="single" w:sz="6" w:color="B03A2E" w:space="0"/>
                <w:bottom w:val="single" w:sz="6" w:color="B03A2E" w:space="0"/>
                <w:right w:val="single" w:sz="6" w:color="B03A2E" w:space="0"/>
                <w:insideH w:val="single" w:sz="6" w:color="B03A2E" w:space="0"/>
                <w:insideV w:val="single" w:sz="6" w:color="B03A2E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בְּרִית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הִסְכָּם אֲמִיץ בֵּין יְדִידִים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אַהֲבָה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יְהוֹנָתָן אָהַב אֶת דָּוִד כְּנַפְשׁוֹ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יְדִידוּת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קֶשֶׁר קָרוֹב וּנֶאֱמָן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יְהוֹנָתָן וְדָוִד כָּרְתוּ בְּרִית יְדִידוּת.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יְהוֹנָתָן קִנֵּא בְּדָוִד.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דָּוִד שָׁמַר אֶת הַבְּרִית גַּם אַחֲרֵי מוֹת יְהוֹנָתָן.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