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יְהוֹנָתָן וְדָוִד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הַבְּרִית בֵּין יְהוֹנָתָן לְדָוִד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יְדִידוּת נֶאֱמָנָה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יְהוֹנָתָן ← בְּרִית ← כְּנַפְשׁוֹ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בְּרִית – הִסְכָּם אֲמִיץ בֵּין יְדִידִים ; אַהֲבָה – יְהוֹנָתָן אָהַב אֶת דָּוִד כְּנַפְשׁוֹ ; יְדִידוּת – קֶשֶׁר קָרוֹב וּנֶאֱמָן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